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0368"/>
      </w:tblGrid>
      <w:tr w:rsidR="005C1142" w14:paraId="08296964" w14:textId="77777777">
        <w:trPr>
          <w:jc w:val="center"/>
        </w:trPr>
        <w:tc>
          <w:tcPr>
            <w:tcW w:w="10368" w:type="dxa"/>
            <w:shd w:val="clear" w:color="auto" w:fill="17365D"/>
            <w:tcMar>
              <w:top w:w="135" w:type="dxa"/>
              <w:left w:w="180" w:type="dxa"/>
              <w:bottom w:w="135" w:type="dxa"/>
              <w:right w:w="180" w:type="dxa"/>
            </w:tcMar>
          </w:tcPr>
          <w:p w14:paraId="7909E6A6" w14:textId="77777777" w:rsidR="005C1142" w:rsidRDefault="002E13D6">
            <w:pPr>
              <w:jc w:val="center"/>
            </w:pPr>
            <w:r>
              <w:rPr>
                <w:b/>
                <w:color w:val="FFFFFF"/>
                <w:sz w:val="36"/>
              </w:rPr>
              <w:t>HOW TO FIND YOUR CITYMAIL USERNAME FOR WeBWorK</w:t>
            </w:r>
          </w:p>
          <w:p w14:paraId="0BE26AD7" w14:textId="77777777" w:rsidR="005C1142" w:rsidRDefault="002E13D6">
            <w:pPr>
              <w:jc w:val="center"/>
            </w:pPr>
            <w:r>
              <w:rPr>
                <w:color w:val="DDE8F5"/>
                <w:sz w:val="21"/>
              </w:rPr>
              <w:t>CCNY Student Quick Guide</w:t>
            </w:r>
          </w:p>
        </w:tc>
      </w:tr>
    </w:tbl>
    <w:p w14:paraId="37BCC60B" w14:textId="77777777" w:rsidR="005C1142" w:rsidRDefault="005C1142">
      <w:pPr>
        <w:spacing w:after="0"/>
      </w:pPr>
    </w:p>
    <w:tbl>
      <w:tblPr>
        <w:tblW w:w="0" w:type="auto"/>
        <w:jc w:val="center"/>
        <w:tblLayout w:type="fixed"/>
        <w:tblLook w:val="04A0" w:firstRow="1" w:lastRow="0" w:firstColumn="1" w:lastColumn="0" w:noHBand="0" w:noVBand="1"/>
      </w:tblPr>
      <w:tblGrid>
        <w:gridCol w:w="10368"/>
      </w:tblGrid>
      <w:tr w:rsidR="005C1142" w14:paraId="772E9BAD" w14:textId="77777777">
        <w:trPr>
          <w:jc w:val="center"/>
        </w:trPr>
        <w:tc>
          <w:tcPr>
            <w:tcW w:w="10368" w:type="dxa"/>
            <w:shd w:val="clear" w:color="auto" w:fill="EAF4FB"/>
            <w:tcMar>
              <w:top w:w="80" w:type="dxa"/>
              <w:left w:w="130" w:type="dxa"/>
              <w:bottom w:w="80" w:type="dxa"/>
              <w:right w:w="130" w:type="dxa"/>
            </w:tcMar>
          </w:tcPr>
          <w:p w14:paraId="60066DFC" w14:textId="73957D18" w:rsidR="005C1142" w:rsidRDefault="002E13D6">
            <w:pPr>
              <w:spacing w:after="20"/>
            </w:pPr>
            <w:r>
              <w:rPr>
                <w:b/>
                <w:color w:val="17365D"/>
                <w:sz w:val="21"/>
              </w:rPr>
              <w:t xml:space="preserve">Why </w:t>
            </w:r>
            <w:proofErr w:type="gramStart"/>
            <w:r>
              <w:rPr>
                <w:b/>
                <w:color w:val="17365D"/>
                <w:sz w:val="21"/>
              </w:rPr>
              <w:t>you</w:t>
            </w:r>
            <w:proofErr w:type="gramEnd"/>
            <w:r>
              <w:rPr>
                <w:b/>
                <w:color w:val="17365D"/>
                <w:sz w:val="21"/>
              </w:rPr>
              <w:t xml:space="preserve"> </w:t>
            </w:r>
            <w:r>
              <w:rPr>
                <w:b/>
                <w:color w:val="17365D"/>
                <w:sz w:val="21"/>
              </w:rPr>
              <w:t>need this</w:t>
            </w:r>
          </w:p>
          <w:p w14:paraId="71B63C27" w14:textId="50DE5FAD" w:rsidR="005C1142" w:rsidRDefault="00FD116D">
            <w:pPr>
              <w:spacing w:after="0" w:line="240" w:lineRule="auto"/>
            </w:pPr>
            <w:r>
              <w:t>To access</w:t>
            </w:r>
            <w:r w:rsidR="002E13D6">
              <w:t xml:space="preserve"> </w:t>
            </w:r>
            <w:proofErr w:type="spellStart"/>
            <w:proofErr w:type="gramStart"/>
            <w:r w:rsidR="002E13D6">
              <w:t>WeBWorK</w:t>
            </w:r>
            <w:proofErr w:type="spellEnd"/>
            <w:proofErr w:type="gramEnd"/>
            <w:r w:rsidR="002E13D6">
              <w:t xml:space="preserve"> </w:t>
            </w:r>
            <w:r>
              <w:t xml:space="preserve">you need to know </w:t>
            </w:r>
            <w:proofErr w:type="gramStart"/>
            <w:r>
              <w:t>your what is your</w:t>
            </w:r>
            <w:proofErr w:type="gramEnd"/>
            <w:r>
              <w:t xml:space="preserve"> </w:t>
            </w:r>
            <w:proofErr w:type="spellStart"/>
            <w:r>
              <w:t>Citymail</w:t>
            </w:r>
            <w:proofErr w:type="spellEnd"/>
            <w:r>
              <w:t xml:space="preserve"> username and password. </w:t>
            </w:r>
            <w:r w:rsidR="002E13D6">
              <w:t xml:space="preserve"> If you do not remember it, the CCNY Password Reset page can display your Citymail </w:t>
            </w:r>
            <w:proofErr w:type="gramStart"/>
            <w:r w:rsidR="002E13D6">
              <w:t>User Name</w:t>
            </w:r>
            <w:proofErr w:type="gramEnd"/>
            <w:r w:rsidR="002E13D6">
              <w:t xml:space="preserve"> </w:t>
            </w:r>
            <w:r>
              <w:t>and change your password.</w:t>
            </w:r>
          </w:p>
        </w:tc>
      </w:tr>
    </w:tbl>
    <w:p w14:paraId="52173142" w14:textId="77777777" w:rsidR="005C1142" w:rsidRDefault="002E13D6">
      <w:pPr>
        <w:spacing w:before="120" w:after="40"/>
      </w:pPr>
      <w:r>
        <w:rPr>
          <w:b/>
          <w:color w:val="C42930"/>
          <w:sz w:val="25"/>
        </w:rPr>
        <w:t xml:space="preserve">STEP 1  </w:t>
      </w:r>
      <w:r>
        <w:rPr>
          <w:b/>
          <w:color w:val="17365D"/>
          <w:sz w:val="25"/>
        </w:rPr>
        <w:t>Open the CCNY Password Reset page</w:t>
      </w:r>
    </w:p>
    <w:tbl>
      <w:tblPr>
        <w:tblW w:w="0" w:type="auto"/>
        <w:jc w:val="center"/>
        <w:tblLayout w:type="fixed"/>
        <w:tblLook w:val="04A0" w:firstRow="1" w:lastRow="0" w:firstColumn="1" w:lastColumn="0" w:noHBand="0" w:noVBand="1"/>
      </w:tblPr>
      <w:tblGrid>
        <w:gridCol w:w="5184"/>
        <w:gridCol w:w="5184"/>
      </w:tblGrid>
      <w:tr w:rsidR="005C1142" w14:paraId="0768BB75" w14:textId="77777777">
        <w:trPr>
          <w:jc w:val="center"/>
        </w:trPr>
        <w:tc>
          <w:tcPr>
            <w:tcW w:w="5184" w:type="dxa"/>
            <w:tcMar>
              <w:top w:w="50" w:type="dxa"/>
              <w:left w:w="80" w:type="dxa"/>
              <w:bottom w:w="50" w:type="dxa"/>
              <w:right w:w="80" w:type="dxa"/>
            </w:tcMar>
          </w:tcPr>
          <w:p w14:paraId="5EC9A317" w14:textId="77777777" w:rsidR="005C1142" w:rsidRDefault="002E13D6">
            <w:r>
              <w:rPr>
                <w:b/>
              </w:rPr>
              <w:t xml:space="preserve">Go to: </w:t>
            </w:r>
            <w:hyperlink r:id="rId8">
              <w:r>
                <w:rPr>
                  <w:color w:val="169BD5"/>
                  <w:u w:val="single"/>
                </w:rPr>
                <w:t>https://reset.ccny.cuny.edu/</w:t>
              </w:r>
            </w:hyperlink>
          </w:p>
          <w:p w14:paraId="78829BB1" w14:textId="77777777" w:rsidR="005C1142" w:rsidRDefault="002E13D6">
            <w:pPr>
              <w:spacing w:after="0"/>
            </w:pPr>
            <w:r>
              <w:t>You can also scan the QR code to open the official CCNY password reset page.</w:t>
            </w:r>
          </w:p>
        </w:tc>
        <w:tc>
          <w:tcPr>
            <w:tcW w:w="5184" w:type="dxa"/>
            <w:tcMar>
              <w:top w:w="50" w:type="dxa"/>
              <w:left w:w="80" w:type="dxa"/>
              <w:bottom w:w="50" w:type="dxa"/>
              <w:right w:w="80" w:type="dxa"/>
            </w:tcMar>
          </w:tcPr>
          <w:p w14:paraId="459BDC8C" w14:textId="77777777" w:rsidR="005C1142" w:rsidRDefault="002E13D6">
            <w:pPr>
              <w:jc w:val="center"/>
            </w:pPr>
            <w:r>
              <w:rPr>
                <w:noProof/>
              </w:rPr>
              <w:drawing>
                <wp:inline distT="0" distB="0" distL="0" distR="0" wp14:anchorId="64C071FE" wp14:editId="45E20AAB">
                  <wp:extent cx="841248" cy="8412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ny_password_reset_qr.png"/>
                          <pic:cNvPicPr/>
                        </pic:nvPicPr>
                        <pic:blipFill>
                          <a:blip r:embed="rId9"/>
                          <a:stretch>
                            <a:fillRect/>
                          </a:stretch>
                        </pic:blipFill>
                        <pic:spPr>
                          <a:xfrm>
                            <a:off x="0" y="0"/>
                            <a:ext cx="841248" cy="841248"/>
                          </a:xfrm>
                          <a:prstGeom prst="rect">
                            <a:avLst/>
                          </a:prstGeom>
                        </pic:spPr>
                      </pic:pic>
                    </a:graphicData>
                  </a:graphic>
                </wp:inline>
              </w:drawing>
            </w:r>
          </w:p>
        </w:tc>
      </w:tr>
    </w:tbl>
    <w:p w14:paraId="57EC2DC0" w14:textId="77777777" w:rsidR="005C1142" w:rsidRDefault="002E13D6">
      <w:pPr>
        <w:spacing w:before="120" w:after="40"/>
      </w:pPr>
      <w:r>
        <w:rPr>
          <w:b/>
          <w:color w:val="C42930"/>
          <w:sz w:val="25"/>
        </w:rPr>
        <w:t xml:space="preserve">STEP 2  </w:t>
      </w:r>
      <w:r>
        <w:rPr>
          <w:b/>
          <w:color w:val="17365D"/>
          <w:sz w:val="25"/>
        </w:rPr>
        <w:t>Select Student Password Reset</w:t>
      </w:r>
    </w:p>
    <w:p w14:paraId="1AA40C13" w14:textId="77777777" w:rsidR="005C1142" w:rsidRDefault="002E13D6">
      <w:pPr>
        <w:spacing w:after="40" w:line="245" w:lineRule="auto"/>
      </w:pPr>
      <w:r>
        <w:t>On the Password Reset page, click the Student Password Reset button.</w:t>
      </w:r>
    </w:p>
    <w:p w14:paraId="226FE8E8" w14:textId="77777777" w:rsidR="005C1142" w:rsidRDefault="002E13D6">
      <w:pPr>
        <w:spacing w:after="40"/>
        <w:jc w:val="center"/>
      </w:pPr>
      <w:r>
        <w:rPr>
          <w:noProof/>
        </w:rPr>
        <w:drawing>
          <wp:inline distT="0" distB="0" distL="0" distR="0" wp14:anchorId="0BC02375" wp14:editId="651CF11B">
            <wp:extent cx="6309360" cy="20791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ny_password_reset_step.png"/>
                    <pic:cNvPicPr/>
                  </pic:nvPicPr>
                  <pic:blipFill>
                    <a:blip r:embed="rId10"/>
                    <a:stretch>
                      <a:fillRect/>
                    </a:stretch>
                  </pic:blipFill>
                  <pic:spPr>
                    <a:xfrm>
                      <a:off x="0" y="0"/>
                      <a:ext cx="6309360" cy="2079119"/>
                    </a:xfrm>
                    <a:prstGeom prst="rect">
                      <a:avLst/>
                    </a:prstGeom>
                  </pic:spPr>
                </pic:pic>
              </a:graphicData>
            </a:graphic>
          </wp:inline>
        </w:drawing>
      </w:r>
    </w:p>
    <w:p w14:paraId="3A46C201" w14:textId="77777777" w:rsidR="005C1142" w:rsidRDefault="002E13D6">
      <w:pPr>
        <w:spacing w:before="120" w:after="40"/>
      </w:pPr>
      <w:r>
        <w:rPr>
          <w:b/>
          <w:color w:val="C42930"/>
          <w:sz w:val="25"/>
        </w:rPr>
        <w:t xml:space="preserve">STEP 3  </w:t>
      </w:r>
      <w:r>
        <w:rPr>
          <w:b/>
          <w:color w:val="17365D"/>
          <w:sz w:val="25"/>
        </w:rPr>
        <w:t>Enter your information</w:t>
      </w:r>
    </w:p>
    <w:p w14:paraId="478D8345" w14:textId="77777777" w:rsidR="005C1142" w:rsidRDefault="002E13D6">
      <w:pPr>
        <w:spacing w:after="60" w:line="245" w:lineRule="auto"/>
      </w:pPr>
      <w:r>
        <w:t>Enter your last name, the last 4 digits of your SSN, and your date of birth, then continue to the confirmation screen.</w:t>
      </w:r>
    </w:p>
    <w:tbl>
      <w:tblPr>
        <w:tblW w:w="0" w:type="auto"/>
        <w:jc w:val="center"/>
        <w:tblLayout w:type="fixed"/>
        <w:tblLook w:val="04A0" w:firstRow="1" w:lastRow="0" w:firstColumn="1" w:lastColumn="0" w:noHBand="0" w:noVBand="1"/>
      </w:tblPr>
      <w:tblGrid>
        <w:gridCol w:w="10368"/>
      </w:tblGrid>
      <w:tr w:rsidR="005C1142" w14:paraId="7B572726" w14:textId="77777777">
        <w:trPr>
          <w:jc w:val="center"/>
        </w:trPr>
        <w:tc>
          <w:tcPr>
            <w:tcW w:w="10368" w:type="dxa"/>
            <w:shd w:val="clear" w:color="auto" w:fill="FFF6DD"/>
            <w:tcMar>
              <w:top w:w="80" w:type="dxa"/>
              <w:left w:w="130" w:type="dxa"/>
              <w:bottom w:w="80" w:type="dxa"/>
              <w:right w:w="130" w:type="dxa"/>
            </w:tcMar>
          </w:tcPr>
          <w:p w14:paraId="1AF1BEEB" w14:textId="77777777" w:rsidR="005C1142" w:rsidRDefault="002E13D6">
            <w:pPr>
              <w:spacing w:after="20"/>
            </w:pPr>
            <w:r>
              <w:rPr>
                <w:b/>
                <w:color w:val="C42930"/>
                <w:sz w:val="21"/>
              </w:rPr>
              <w:t>Privacy reminder</w:t>
            </w:r>
          </w:p>
          <w:p w14:paraId="4735F079" w14:textId="3A923980" w:rsidR="005C1142" w:rsidRDefault="002E13D6">
            <w:pPr>
              <w:spacing w:after="0" w:line="240" w:lineRule="auto"/>
            </w:pPr>
            <w:r>
              <w:t>Enter this information only on the official CCNY Password Reset page. Do not email or send your SSN or date of birth to your instructor</w:t>
            </w:r>
            <w:r>
              <w:t>.</w:t>
            </w:r>
          </w:p>
        </w:tc>
      </w:tr>
    </w:tbl>
    <w:p w14:paraId="5985CACC" w14:textId="77777777" w:rsidR="005C1142" w:rsidRDefault="002E13D6">
      <w:r>
        <w:br w:type="page"/>
      </w:r>
    </w:p>
    <w:p w14:paraId="7CC1E6D2" w14:textId="77777777" w:rsidR="005C1142" w:rsidRDefault="002E13D6">
      <w:pPr>
        <w:spacing w:after="40"/>
      </w:pPr>
      <w:r>
        <w:rPr>
          <w:b/>
          <w:color w:val="17365D"/>
          <w:sz w:val="31"/>
        </w:rPr>
        <w:lastRenderedPageBreak/>
        <w:t>Finding the username on the confirmation screen</w:t>
      </w:r>
    </w:p>
    <w:p w14:paraId="35C10A04" w14:textId="77777777" w:rsidR="005C1142" w:rsidRDefault="002E13D6">
      <w:pPr>
        <w:spacing w:before="60" w:after="20"/>
      </w:pPr>
      <w:r>
        <w:rPr>
          <w:b/>
          <w:color w:val="C42930"/>
          <w:sz w:val="25"/>
        </w:rPr>
        <w:t xml:space="preserve">STEP 4  </w:t>
      </w:r>
      <w:r>
        <w:rPr>
          <w:b/>
          <w:color w:val="17365D"/>
          <w:sz w:val="25"/>
        </w:rPr>
        <w:t>Locate User Name</w:t>
      </w:r>
    </w:p>
    <w:p w14:paraId="49A9FB84" w14:textId="77777777" w:rsidR="005C1142" w:rsidRDefault="002E13D6">
      <w:pPr>
        <w:spacing w:after="40" w:line="245" w:lineRule="auto"/>
      </w:pPr>
      <w:r>
        <w:t>At Step 2, the confirmation screen displays your Citymail User Name and Citymail email address. This appears before the page asks you to create a new password.</w:t>
      </w:r>
    </w:p>
    <w:p w14:paraId="1922DC69" w14:textId="77777777" w:rsidR="005C1142" w:rsidRDefault="002E13D6">
      <w:pPr>
        <w:spacing w:after="40"/>
        <w:jc w:val="center"/>
      </w:pPr>
      <w:r>
        <w:rPr>
          <w:noProof/>
        </w:rPr>
        <w:drawing>
          <wp:inline distT="0" distB="0" distL="0" distR="0" wp14:anchorId="225A7C17" wp14:editId="04574BAF">
            <wp:extent cx="4983480" cy="3545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ny_username_confirmation_step.png"/>
                    <pic:cNvPicPr/>
                  </pic:nvPicPr>
                  <pic:blipFill>
                    <a:blip r:embed="rId11"/>
                    <a:stretch>
                      <a:fillRect/>
                    </a:stretch>
                  </pic:blipFill>
                  <pic:spPr>
                    <a:xfrm>
                      <a:off x="0" y="0"/>
                      <a:ext cx="4983480" cy="3545159"/>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10368"/>
      </w:tblGrid>
      <w:tr w:rsidR="005C1142" w14:paraId="217F76FF" w14:textId="77777777">
        <w:trPr>
          <w:jc w:val="center"/>
        </w:trPr>
        <w:tc>
          <w:tcPr>
            <w:tcW w:w="10368" w:type="dxa"/>
            <w:shd w:val="clear" w:color="auto" w:fill="EAF4FB"/>
            <w:tcMar>
              <w:top w:w="80" w:type="dxa"/>
              <w:left w:w="130" w:type="dxa"/>
              <w:bottom w:w="80" w:type="dxa"/>
              <w:right w:w="130" w:type="dxa"/>
            </w:tcMar>
          </w:tcPr>
          <w:p w14:paraId="696E595F" w14:textId="77777777" w:rsidR="005C1142" w:rsidRDefault="002E13D6">
            <w:pPr>
              <w:spacing w:after="20"/>
            </w:pPr>
            <w:r>
              <w:rPr>
                <w:b/>
                <w:color w:val="C42930"/>
                <w:sz w:val="21"/>
              </w:rPr>
              <w:t>Use the User Name for WeBWorK</w:t>
            </w:r>
          </w:p>
          <w:p w14:paraId="49677850" w14:textId="77777777" w:rsidR="005C1142" w:rsidRDefault="002E13D6">
            <w:pPr>
              <w:spacing w:after="0" w:line="240" w:lineRule="auto"/>
            </w:pPr>
            <w:r>
              <w:rPr>
                <w:sz w:val="19"/>
              </w:rPr>
              <w:t>Example: User Name: example123 means your WeBWorK username is example123. Do not enter the full Citymail email address unless your course specifically tells you to do so.</w:t>
            </w:r>
          </w:p>
        </w:tc>
      </w:tr>
    </w:tbl>
    <w:p w14:paraId="3204D7A0" w14:textId="77777777" w:rsidR="005C1142" w:rsidRDefault="002E13D6">
      <w:pPr>
        <w:spacing w:before="80" w:after="20"/>
      </w:pPr>
      <w:r>
        <w:rPr>
          <w:b/>
          <w:color w:val="C42930"/>
          <w:sz w:val="25"/>
        </w:rPr>
        <w:t xml:space="preserve">STEP 5  </w:t>
      </w:r>
      <w:r>
        <w:rPr>
          <w:b/>
          <w:color w:val="17365D"/>
          <w:sz w:val="25"/>
        </w:rPr>
        <w:t>Stop here if you only needed the username</w:t>
      </w:r>
    </w:p>
    <w:p w14:paraId="7ED0D76F" w14:textId="77777777" w:rsidR="005C1142" w:rsidRDefault="002E13D6">
      <w:pPr>
        <w:spacing w:after="40" w:line="245" w:lineRule="auto"/>
      </w:pPr>
      <w:r>
        <w:t>You have not changed your password yet. If you only needed the username, you can close the page. If you also forgot your password, click Next and complete the password reset.</w:t>
      </w:r>
    </w:p>
    <w:p w14:paraId="2CE5B403" w14:textId="77777777" w:rsidR="005C1142" w:rsidRDefault="002E13D6">
      <w:pPr>
        <w:spacing w:before="80" w:after="20"/>
      </w:pPr>
      <w:r>
        <w:rPr>
          <w:b/>
          <w:color w:val="C42930"/>
          <w:sz w:val="25"/>
        </w:rPr>
        <w:t xml:space="preserve">STEP 6  </w:t>
      </w:r>
      <w:r>
        <w:rPr>
          <w:b/>
          <w:color w:val="17365D"/>
          <w:sz w:val="25"/>
        </w:rPr>
        <w:t>Log in to WeBWorK</w:t>
      </w:r>
    </w:p>
    <w:p w14:paraId="0337A625" w14:textId="77777777" w:rsidR="005C1142" w:rsidRDefault="002E13D6">
      <w:pPr>
        <w:spacing w:after="40" w:line="245" w:lineRule="auto"/>
      </w:pPr>
      <w:r>
        <w:t>In WeBWorK, enter the Citymail User Name in the Username field - not the full email address. Then enter your CCNY/Citymail password, or the new password if you completed the reset.</w:t>
      </w:r>
    </w:p>
    <w:tbl>
      <w:tblPr>
        <w:tblW w:w="0" w:type="auto"/>
        <w:jc w:val="center"/>
        <w:tblLayout w:type="fixed"/>
        <w:tblLook w:val="04A0" w:firstRow="1" w:lastRow="0" w:firstColumn="1" w:lastColumn="0" w:noHBand="0" w:noVBand="1"/>
      </w:tblPr>
      <w:tblGrid>
        <w:gridCol w:w="10368"/>
      </w:tblGrid>
      <w:tr w:rsidR="005C1142" w14:paraId="09BA9A0C" w14:textId="77777777">
        <w:trPr>
          <w:jc w:val="center"/>
        </w:trPr>
        <w:tc>
          <w:tcPr>
            <w:tcW w:w="10368" w:type="dxa"/>
            <w:shd w:val="clear" w:color="auto" w:fill="FFF6DD"/>
            <w:tcMar>
              <w:top w:w="80" w:type="dxa"/>
              <w:left w:w="130" w:type="dxa"/>
              <w:bottom w:w="80" w:type="dxa"/>
              <w:right w:w="130" w:type="dxa"/>
            </w:tcMar>
          </w:tcPr>
          <w:p w14:paraId="08ED7EC2" w14:textId="77777777" w:rsidR="005C1142" w:rsidRDefault="002E13D6">
            <w:pPr>
              <w:spacing w:after="20"/>
            </w:pPr>
            <w:r>
              <w:rPr>
                <w:b/>
                <w:color w:val="17365D"/>
                <w:sz w:val="21"/>
              </w:rPr>
              <w:t>If you have trouble</w:t>
            </w:r>
          </w:p>
          <w:p w14:paraId="1A249D7E" w14:textId="3A61870A" w:rsidR="005C1142" w:rsidRDefault="002E13D6">
            <w:pPr>
              <w:spacing w:after="0" w:line="240" w:lineRule="auto"/>
            </w:pPr>
            <w:r>
              <w:rPr>
                <w:sz w:val="19"/>
              </w:rPr>
              <w:t xml:space="preserve">Your current CCNY </w:t>
            </w:r>
            <w:r>
              <w:rPr>
                <w:sz w:val="19"/>
              </w:rPr>
              <w:t>s</w:t>
            </w:r>
            <w:r>
              <w:rPr>
                <w:sz w:val="19"/>
              </w:rPr>
              <w:t>t</w:t>
            </w:r>
            <w:r>
              <w:rPr>
                <w:sz w:val="19"/>
              </w:rPr>
              <w:t>u</w:t>
            </w:r>
            <w:r>
              <w:rPr>
                <w:sz w:val="19"/>
              </w:rPr>
              <w:t>d</w:t>
            </w:r>
            <w:r>
              <w:rPr>
                <w:sz w:val="19"/>
              </w:rPr>
              <w:t>e</w:t>
            </w:r>
            <w:r>
              <w:rPr>
                <w:sz w:val="19"/>
              </w:rPr>
              <w:t>n</w:t>
            </w:r>
            <w:r>
              <w:rPr>
                <w:sz w:val="19"/>
              </w:rPr>
              <w:t>t</w:t>
            </w:r>
            <w:r>
              <w:rPr>
                <w:sz w:val="19"/>
              </w:rPr>
              <w:t xml:space="preserve"> </w:t>
            </w:r>
            <w:r>
              <w:rPr>
                <w:sz w:val="19"/>
              </w:rPr>
              <w:t>e</w:t>
            </w:r>
            <w:r>
              <w:rPr>
                <w:sz w:val="19"/>
              </w:rPr>
              <w:t>m</w:t>
            </w:r>
            <w:r>
              <w:rPr>
                <w:sz w:val="19"/>
              </w:rPr>
              <w:t>a</w:t>
            </w:r>
            <w:r>
              <w:rPr>
                <w:sz w:val="19"/>
              </w:rPr>
              <w:t>i</w:t>
            </w:r>
            <w:r>
              <w:rPr>
                <w:sz w:val="19"/>
              </w:rPr>
              <w:t>l</w:t>
            </w:r>
            <w:r>
              <w:rPr>
                <w:sz w:val="19"/>
              </w:rPr>
              <w:t xml:space="preserve"> </w:t>
            </w:r>
            <w:r>
              <w:rPr>
                <w:sz w:val="19"/>
              </w:rPr>
              <w:t xml:space="preserve">may be different from your </w:t>
            </w:r>
            <w:proofErr w:type="gramStart"/>
            <w:r>
              <w:rPr>
                <w:sz w:val="19"/>
              </w:rPr>
              <w:t>older</w:t>
            </w:r>
            <w:proofErr w:type="gramEnd"/>
            <w:r>
              <w:rPr>
                <w:sz w:val="19"/>
              </w:rPr>
              <w:t xml:space="preserve"> </w:t>
            </w:r>
            <w:proofErr w:type="spellStart"/>
            <w:r>
              <w:rPr>
                <w:sz w:val="19"/>
              </w:rPr>
              <w:t>Citymail</w:t>
            </w:r>
            <w:proofErr w:type="spellEnd"/>
            <w:r>
              <w:rPr>
                <w:sz w:val="19"/>
              </w:rPr>
              <w:t xml:space="preserve"> address. </w:t>
            </w:r>
            <w:r>
              <w:rPr>
                <w:sz w:val="19"/>
              </w:rPr>
              <w:t xml:space="preserve">If the </w:t>
            </w:r>
            <w:proofErr w:type="gramStart"/>
            <w:r>
              <w:rPr>
                <w:sz w:val="19"/>
              </w:rPr>
              <w:t>User Name</w:t>
            </w:r>
            <w:proofErr w:type="gramEnd"/>
            <w:r>
              <w:rPr>
                <w:sz w:val="19"/>
              </w:rPr>
              <w:t xml:space="preserve"> does not appear or the WeBWorK login still fails, contact your instructor</w:t>
            </w:r>
            <w:r w:rsidR="00FD116D">
              <w:rPr>
                <w:sz w:val="19"/>
              </w:rPr>
              <w:t xml:space="preserve">, send them your </w:t>
            </w:r>
            <w:proofErr w:type="spellStart"/>
            <w:r w:rsidR="00FD116D">
              <w:rPr>
                <w:sz w:val="19"/>
              </w:rPr>
              <w:t>Citymail</w:t>
            </w:r>
            <w:proofErr w:type="spellEnd"/>
            <w:r w:rsidR="00FD116D">
              <w:rPr>
                <w:sz w:val="19"/>
              </w:rPr>
              <w:t xml:space="preserve"> username. They may have to add you to the Webwork course.</w:t>
            </w:r>
          </w:p>
        </w:tc>
      </w:tr>
    </w:tbl>
    <w:p w14:paraId="56B47A30" w14:textId="77777777" w:rsidR="002E13D6" w:rsidRDefault="002E13D6"/>
    <w:sectPr w:rsidR="002E13D6" w:rsidSect="00034616">
      <w:footerReference w:type="default" r:id="rId12"/>
      <w:pgSz w:w="12240" w:h="15840"/>
      <w:pgMar w:top="720" w:right="936" w:bottom="720"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FB6C" w14:textId="77777777" w:rsidR="002E13D6" w:rsidRDefault="002E13D6">
      <w:pPr>
        <w:spacing w:after="0" w:line="240" w:lineRule="auto"/>
      </w:pPr>
      <w:r>
        <w:separator/>
      </w:r>
    </w:p>
  </w:endnote>
  <w:endnote w:type="continuationSeparator" w:id="0">
    <w:p w14:paraId="1BFB75A5" w14:textId="77777777" w:rsidR="002E13D6" w:rsidRDefault="002E1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E79E" w14:textId="56D6DBBD" w:rsidR="005C1142" w:rsidRDefault="005C114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6F72" w14:textId="77777777" w:rsidR="002E13D6" w:rsidRDefault="002E13D6">
      <w:pPr>
        <w:spacing w:after="0" w:line="240" w:lineRule="auto"/>
      </w:pPr>
      <w:r>
        <w:separator/>
      </w:r>
    </w:p>
  </w:footnote>
  <w:footnote w:type="continuationSeparator" w:id="0">
    <w:p w14:paraId="2BDDAB7C" w14:textId="77777777" w:rsidR="002E13D6" w:rsidRDefault="002E1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76802340">
    <w:abstractNumId w:val="8"/>
  </w:num>
  <w:num w:numId="2" w16cid:durableId="2075542357">
    <w:abstractNumId w:val="6"/>
  </w:num>
  <w:num w:numId="3" w16cid:durableId="1042098858">
    <w:abstractNumId w:val="5"/>
  </w:num>
  <w:num w:numId="4" w16cid:durableId="2010139137">
    <w:abstractNumId w:val="4"/>
  </w:num>
  <w:num w:numId="5" w16cid:durableId="852765931">
    <w:abstractNumId w:val="7"/>
  </w:num>
  <w:num w:numId="6" w16cid:durableId="851916229">
    <w:abstractNumId w:val="3"/>
  </w:num>
  <w:num w:numId="7" w16cid:durableId="1484159614">
    <w:abstractNumId w:val="2"/>
  </w:num>
  <w:num w:numId="8" w16cid:durableId="1067536119">
    <w:abstractNumId w:val="1"/>
  </w:num>
  <w:num w:numId="9" w16cid:durableId="1274677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4F1C"/>
    <w:rsid w:val="0029639D"/>
    <w:rsid w:val="002E13D6"/>
    <w:rsid w:val="00326F90"/>
    <w:rsid w:val="005C1142"/>
    <w:rsid w:val="00AA1D8D"/>
    <w:rsid w:val="00B47730"/>
    <w:rsid w:val="00CB0664"/>
    <w:rsid w:val="00FC693F"/>
    <w:rsid w:val="00FD1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A652D3"/>
  <w14:defaultImageDpi w14:val="300"/>
  <w15:docId w15:val="{8185BE2F-D838-4AEB-A3B4-07CE7DE3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t.ccny.cuny.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359</Words>
  <Characters>1707</Characters>
  <Application>Microsoft Office Word</Application>
  <DocSecurity>0</DocSecurity>
  <Lines>38</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john</cp:lastModifiedBy>
  <cp:revision>2</cp:revision>
  <dcterms:created xsi:type="dcterms:W3CDTF">2013-12-23T23:15:00Z</dcterms:created>
  <dcterms:modified xsi:type="dcterms:W3CDTF">2026-09-04T10:46:00Z</dcterms:modified>
  <cp:category/>
</cp:coreProperties>
</file>